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לך לך – יוצאים לדרך ופותחים את האוהל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סיפור יציאת אברהם ושרה למסע אל ארץ חדשה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ערך הכנסת האורחים דרך סיפור האוהל הפתוח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מסע אברהם למסעות של משפחות וילדים חדשים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מארצו וממולדתו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שלושה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פתוח לארבע רוחות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רץ לקראתם בשמחה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חשוב לקבל אורחים בשמחה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שרה יצאה יחד איתו למסע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הפסוק נמצא בפרשת לך לך בספר בראשית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האוהל היה פתוח לארבע רוחות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הסיפור מדגיש את החשיבות של קבלת אורחים בשמחה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אברהם הזמין את האורחים בשמחה ובנדיבות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כנען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שמחה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בראשית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אורח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(צא למסע אל ארץ חדשה)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(סמל להכנסת אורחים)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(בני הזוג שיצאו למסע)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(הגיעו לאוהל אברהם)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(ברכה לאורח חדש)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התלמידים יציינו: ברכת שלום, הזמנה להשתתף, עזרה במציאת מקום, חברות והקשבה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הכוללת חפץ אחד או יותר והסבר מתאים לגילם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אברהם ושרה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לקבל אורחים מכל כיוון בשמחה ובנדיבות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שמראה קבלת פנים חמה וטובה לאורח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להמחיז את קבלת האורחים באוהל ממשי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לקשר את הסיפור לתחושת הקבלה של ילדים חדשים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את רמת הכתיבה בחלק הפתוח לפי שכבת הגיל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לך לך – יוצאים לדרך ופותחים את האוהל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בשיעור הזה נלמד על אברהם ושרה שיצאו למסע אל ארץ חדשה בעקבות הציווי 'לך לך', ועל האוהל הפתוח שלהם שקיבל כל אורח בשמחה.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מאיפה אברהם יצא למסע?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מארצו וממולדתו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מהעבודה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אורחים הגיעו לאוהל אברהם לפי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היה האוהל של אברהם ושרה?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סגור מכל הצדדים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פתוח לארבע רוחות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בלי דלת 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עשוי מאבנים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אברהם עשה כשראה את האורחים?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התעלם מהם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רץ לקראתם בשמחה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שלח אותם הלאה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ביקש מהם לחכות בחוץ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אפשר ללמוד מהסיפור על האוהל הפתוח?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חשוב לקבל אורחים בשמחה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עדיף להישאר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אין צורך לעזור לאחרים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אורחים הם טורח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אברהם יצא למסע לבדו בלי שרה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הפסוק 'לך לך' מופיע בספר בראשית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האוהל של אברהם ושרה היה פתוח רק לצד אחד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הכנסת אורחים היא ערך חשוב בסיפור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אברהם לא הזמין את האורחים להיכנס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אברהם ושרה יצאו למסע אל ארץ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האוהל של אברהם היה פתוח לארבע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כאשר הגיעו אורחים, אברהם קיבל אותם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הפסוק 'לך לך' כתוב בספר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מי שמגיע לביקור באוהל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לך לך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סמל להכנסת אורחים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האוהל הפתוח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ברכה לאורח חדש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אברהם ושרה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הגיעו לאוהל אברהם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שלושה אורחים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בני הזוג שיצאו למסע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ברוכים הבאים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צא למסע אל ארץ חדשה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ויצירה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מדריך קצר: איך מקבלים ילד או ילדה חדשים בכיתה שלנו?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דמיינו שאתם יוצאים למסע לארץ חדשה כמו אברהם ושרה - מה הייתם לוקחים ולמה?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יצא למסע לפי הסיפור שלמדנו?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האוהל של אברהם היה פתוח לארבע רוחות?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אחד שמראה הכנסת אורחים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לך לך – יוצאים לדרך ופותחים את האוהל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