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אברהם ושרה למסע אל ארץ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הכנסת האורחים דרך סיפור האוהל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מסע אברהם למסעות של משפחות וילדים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מארצו וממולדתו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פתוח לארבע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רץ לקראתם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חשוב לקבל אורחים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שרה יצאה יחד איתו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הפסוק נמצא בפרשת לך לך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האוהל היה פתוח לארבע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הסיפור מדגיש את החשיבות של קבלת אורחים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אברהם הזמין את האורחים בשמחה ובנדיבות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(צא למסע אל 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(סמל להכנסת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(בני הזוג שיצאו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(הגיעו לאוהל אברהם)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(ברכה לאורח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יציינו: ברכת שלום, הזמנה להשתתף, עזרה במציאת מקום, חברות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חפץ אחד או יותר והסבר מתאים לגילם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אברהם ושרה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אורחים מכל כיוון בשמחה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שמראה קבלת פנים חמה וטובה לאורח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להמחיז את קבלת האורחים באוהל ממשי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הסיפור לתחושת הקבלה של ילדים חדשים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הכתיבה בחלק הפתוח לפי 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אברהם ושרה יצאו מהבית שלהם לארץ חדשה. האוהל שלהם היה פתוח, והם קיבלו כל אורח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צא מהמקום שלך, התחל מסע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האוהל הפתוח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אוהל עם פתחים לכל הכיוונים, לקבל אורחים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הכנסת אורחים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אורח בשמחה ובנדיבות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אברהם ושרה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הזוג שיצאו למסע אל ארץ כנען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שמגיע לביקור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טובות שאומרים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אברהם התחיל את המסע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מארצו וממולדתו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הגיעו לביקור אצל אברהם?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האוהל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 מכל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 לארבע 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דלת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עשוי מאבנים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אברהם עשה כשראה אנשים מגיעים?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 לקראתם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 אותם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מהם לחכות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הסיפור מלמד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לקבל אורחים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עדיף להישאר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לעזור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אורחים הם טורח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יצא למסע לבדו בלי 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'לך לך' מופיע בספר בראשית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האוהל של אברהם ושרה היה פתוח רק לצד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אורחים היא ערך חשוב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לא הזמין את האורחים להיכנס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ושרה יצאו למסע אל ארץ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האוהל של אברהם היה פתוח לארבע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הגיעו אורחים, אברהם קיבל אותם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'לך לך' כתוב בספר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שמגיע לביקור באוהל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הגיעו לאוהל אברהם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האוהל הפתוח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צא למסע אל ארץ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ברכה לאורח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אורחים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להכנסת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ברוכים הבאים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בני הזוג שיצאו למסע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מדריך קצר: איך מקבלים ילד או ילדה חדשים בכיתה שלנו?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יוצאים למסע לארץ חדשה כמו אברהם ושרה - מה הייתם לוקחים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יצא למסע לפי הסיפור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האוהל של אברהם היה פתוח לארבע רוחות?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שמראה הכנסת אורחים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לך לך – יוצאים לדרך ופותחים את האוהל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