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לך לך – יוצאים לדרך ופותחים את האוהל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יציאת אברהם ושרה למסע אל ארץ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ערך הכנסת האורחים דרך סיפור האוהל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מסע אברהם למסעות של משפחות וילדים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מארצו וממולדתו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פתוח לארבע רוחות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שרה יצאה יחד איתו למסע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הפסוק נמצא בפרשת לך לך בספר בראשית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(צא למסע אל ארץ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(סמל להכנסת אורחים)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(בני הזוג שיצאו למסע)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(הגיעו לאוהל אברהם)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יציינו: ברכת שלום, הזמנה להשתתף, עזרה במציאת מקום, חברות והקשבה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אברהם ושרה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לקבל אורחים מכל כיוון בשמחה ובנדיבות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שמראה קבלת פנים חמה וטובה לאורח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להמחיז את קבלת האורחים באוהל ממשי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הסיפור לתחושת הקבלה של ילדים חדשים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הכתיבה בחלק הפתוח לפי שכבת הגיל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לך לך – יוצאים לדרך ופותחים את האוהל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נלמד על אברהם ושרה שיצאו למסע אל ארץ חדשה בעקבות הציווי 'לך לך', ועל האוהל הפתוח שלהם שקיבל כל אורח בשמחה.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כנען  ·  רוחות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מאיפה אברהם יצא למסע?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מארצו וממולדתו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היה האוהל של אברהם ושרה?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סגור מכל הצדדים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פתוח לארבע רוחות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בלי דלת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אברהם יצא למסע לבדו בלי שרה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הפסוק 'לך לך' מופיע בספר בראשית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אברהם ושרה יצאו למסע אל ארץ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האוהל של אברהם היה פתוח לארבע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בני הזוג שיצאו למסע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האוהל הפתוח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הגיעו לאוהל אברהם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אברהם ושרה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סמל להכנסת אורחים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שלושה אורחים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צא למסע אל ארץ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מדריך קצר: איך מקבלים ילד או ילדה חדשים בכיתה שלנו?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יצא למסע לפי הסיפור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האוהל של אברהם היה פתוח לארבע רוחות?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לך לך – יוצאים לדרך ופותחים את האוהל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